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55" w14:paraId="3FBD593D" w14:textId="77777777">
        <w:trPr>
          <w:jc w:val="center"/>
        </w:trPr>
        <w:tc>
          <w:tcPr>
            <w:tcW w:w="5328" w:type="dxa"/>
            <w:tcBorders>
              <w:bottom w:val="single" w:sz="10" w:space="0" w:color="17365D"/>
            </w:tcBorders>
            <w:tcMar>
              <w:top w:w="0" w:type="dxa"/>
              <w:left w:w="40" w:type="dxa"/>
              <w:bottom w:w="60" w:type="dxa"/>
              <w:right w:w="40" w:type="dxa"/>
            </w:tcMar>
          </w:tcPr>
          <w:p w14:paraId="539A638F" w14:textId="77777777" w:rsidR="00537355" w:rsidRDefault="005D3E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98CE12" wp14:editId="2F263666">
                  <wp:extent cx="1874519" cy="99930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cflcc-log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999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bottom w:val="single" w:sz="10" w:space="0" w:color="17365D"/>
            </w:tcBorders>
            <w:tcMar>
              <w:top w:w="0" w:type="dxa"/>
              <w:left w:w="40" w:type="dxa"/>
              <w:bottom w:w="60" w:type="dxa"/>
              <w:right w:w="40" w:type="dxa"/>
            </w:tcMar>
          </w:tcPr>
          <w:p w14:paraId="64EA36FE" w14:textId="77777777" w:rsidR="00537355" w:rsidRDefault="005D3E50">
            <w:pPr>
              <w:jc w:val="center"/>
            </w:pPr>
            <w:r>
              <w:rPr>
                <w:b/>
                <w:color w:val="17365D"/>
                <w:sz w:val="40"/>
              </w:rPr>
              <w:t>FRIDAY NIGHT AT THE CENTER</w:t>
            </w:r>
          </w:p>
          <w:p w14:paraId="084CAA82" w14:textId="77777777" w:rsidR="00537355" w:rsidRDefault="005D3E50">
            <w:pPr>
              <w:jc w:val="center"/>
            </w:pPr>
            <w:r>
              <w:rPr>
                <w:b/>
                <w:color w:val="C65911"/>
                <w:sz w:val="22"/>
              </w:rPr>
              <w:t>VENDOR APPLICATION &amp; PARTICIPATION AGREEMENT</w:t>
            </w:r>
          </w:p>
          <w:p w14:paraId="0035F6DA" w14:textId="77777777" w:rsidR="00537355" w:rsidRDefault="005D3E50">
            <w:pPr>
              <w:jc w:val="center"/>
            </w:pPr>
            <w:r>
              <w:rPr>
                <w:b/>
              </w:rPr>
              <w:t>Starting September 18, 2026 • Every Friday • 4:00–7:00 PM</w:t>
            </w:r>
          </w:p>
          <w:p w14:paraId="314BB075" w14:textId="77777777" w:rsidR="00537355" w:rsidRDefault="005D3E50">
            <w:pPr>
              <w:jc w:val="center"/>
            </w:pPr>
            <w:r>
              <w:rPr>
                <w:sz w:val="18"/>
              </w:rPr>
              <w:t>5201 NW 34th Blvd., Gainesville, FL 32653</w:t>
            </w:r>
          </w:p>
        </w:tc>
      </w:tr>
    </w:tbl>
    <w:p w14:paraId="5E154E21" w14:textId="77777777" w:rsidR="00537355" w:rsidRDefault="005D3E50">
      <w:pPr>
        <w:jc w:val="center"/>
      </w:pPr>
      <w:r>
        <w:t xml:space="preserve">Thank you for your interest in participating! Please complete this form and email it to </w:t>
      </w:r>
      <w:r>
        <w:rPr>
          <w:b/>
          <w:color w:val="1F4E79"/>
        </w:rPr>
        <w:t>info@NCFLCommunityCenter.org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537355" w14:paraId="5FF8D4FB" w14:textId="77777777">
        <w:trPr>
          <w:jc w:val="center"/>
        </w:trPr>
        <w:tc>
          <w:tcPr>
            <w:tcW w:w="1065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32113" w14:textId="77777777" w:rsidR="00537355" w:rsidRDefault="005D3E50">
            <w:pPr>
              <w:spacing w:after="0"/>
            </w:pPr>
            <w:r>
              <w:rPr>
                <w:b/>
                <w:color w:val="FFFFFF"/>
                <w:sz w:val="22"/>
              </w:rPr>
              <w:t>1. VENDOR INFORMATION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55" w14:paraId="2816CF16" w14:textId="77777777">
        <w:trPr>
          <w:jc w:val="center"/>
        </w:trPr>
        <w:tc>
          <w:tcPr>
            <w:tcW w:w="5328" w:type="dxa"/>
            <w:tcBorders>
              <w:bottom w:val="single" w:sz="4" w:space="0" w:color="B7C9E2"/>
            </w:tcBorders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680F7D6B" w14:textId="77777777" w:rsidR="00537355" w:rsidRDefault="005D3E50">
            <w:r>
              <w:rPr>
                <w:b/>
                <w:color w:val="17365D"/>
                <w:sz w:val="17"/>
              </w:rPr>
              <w:t>Business / Organization Name</w:t>
            </w:r>
            <w:r>
              <w:rPr>
                <w:sz w:val="18"/>
              </w:rPr>
              <w:br/>
              <w:t>________________________________________________</w:t>
            </w:r>
          </w:p>
        </w:tc>
        <w:tc>
          <w:tcPr>
            <w:tcW w:w="5328" w:type="dxa"/>
            <w:tcBorders>
              <w:bottom w:val="single" w:sz="4" w:space="0" w:color="B7C9E2"/>
            </w:tcBorders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354B62B7" w14:textId="77777777" w:rsidR="00537355" w:rsidRDefault="005D3E50">
            <w:r>
              <w:rPr>
                <w:b/>
                <w:color w:val="17365D"/>
                <w:sz w:val="17"/>
              </w:rPr>
              <w:t>Contact Person</w:t>
            </w:r>
            <w:r>
              <w:rPr>
                <w:sz w:val="18"/>
              </w:rPr>
              <w:br/>
              <w:t>________________________________________________</w:t>
            </w:r>
          </w:p>
        </w:tc>
      </w:tr>
      <w:tr w:rsidR="00537355" w14:paraId="42E59E91" w14:textId="77777777">
        <w:trPr>
          <w:jc w:val="center"/>
        </w:trPr>
        <w:tc>
          <w:tcPr>
            <w:tcW w:w="5328" w:type="dxa"/>
            <w:tcBorders>
              <w:bottom w:val="single" w:sz="4" w:space="0" w:color="B7C9E2"/>
            </w:tcBorders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0E135936" w14:textId="77777777" w:rsidR="00537355" w:rsidRDefault="005D3E50">
            <w:r>
              <w:rPr>
                <w:b/>
                <w:color w:val="17365D"/>
                <w:sz w:val="17"/>
              </w:rPr>
              <w:t>Phone Number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________________________________________________</w:t>
            </w:r>
          </w:p>
        </w:tc>
        <w:tc>
          <w:tcPr>
            <w:tcW w:w="5328" w:type="dxa"/>
            <w:tcBorders>
              <w:bottom w:val="single" w:sz="4" w:space="0" w:color="B7C9E2"/>
            </w:tcBorders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17521468" w14:textId="77777777" w:rsidR="00537355" w:rsidRDefault="005D3E50">
            <w:r>
              <w:rPr>
                <w:b/>
                <w:color w:val="17365D"/>
                <w:sz w:val="17"/>
              </w:rPr>
              <w:t>Email Address</w:t>
            </w:r>
            <w:r>
              <w:rPr>
                <w:sz w:val="18"/>
              </w:rPr>
              <w:br/>
              <w:t>________________________________________________</w:t>
            </w:r>
          </w:p>
        </w:tc>
      </w:tr>
      <w:tr w:rsidR="00537355" w14:paraId="7A46ECBA" w14:textId="77777777">
        <w:trPr>
          <w:jc w:val="center"/>
        </w:trPr>
        <w:tc>
          <w:tcPr>
            <w:tcW w:w="5328" w:type="dxa"/>
            <w:tcBorders>
              <w:bottom w:val="single" w:sz="4" w:space="0" w:color="B7C9E2"/>
            </w:tcBorders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7E00F0C5" w14:textId="77777777" w:rsidR="00537355" w:rsidRDefault="005D3E50">
            <w:r>
              <w:rPr>
                <w:b/>
                <w:color w:val="17365D"/>
                <w:sz w:val="17"/>
              </w:rPr>
              <w:t>Mailing Address</w:t>
            </w:r>
            <w:r>
              <w:rPr>
                <w:sz w:val="18"/>
              </w:rPr>
              <w:br/>
              <w:t>________________________________________________</w:t>
            </w:r>
          </w:p>
        </w:tc>
        <w:tc>
          <w:tcPr>
            <w:tcW w:w="5328" w:type="dxa"/>
            <w:tcBorders>
              <w:bottom w:val="single" w:sz="4" w:space="0" w:color="B7C9E2"/>
            </w:tcBorders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0521BC71" w14:textId="77777777" w:rsidR="00537355" w:rsidRDefault="005D3E50">
            <w:r>
              <w:rPr>
                <w:b/>
                <w:color w:val="17365D"/>
                <w:sz w:val="17"/>
              </w:rPr>
              <w:t>City / State / ZIP</w:t>
            </w:r>
            <w:r>
              <w:rPr>
                <w:sz w:val="18"/>
              </w:rPr>
              <w:br/>
              <w:t>________________________________________________</w:t>
            </w:r>
          </w:p>
        </w:tc>
      </w:tr>
      <w:tr w:rsidR="00537355" w14:paraId="420C971D" w14:textId="77777777">
        <w:trPr>
          <w:jc w:val="center"/>
        </w:trPr>
        <w:tc>
          <w:tcPr>
            <w:tcW w:w="5328" w:type="dxa"/>
            <w:tcBorders>
              <w:bottom w:val="single" w:sz="4" w:space="0" w:color="B7C9E2"/>
            </w:tcBorders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0DF485D2" w14:textId="77777777" w:rsidR="00537355" w:rsidRDefault="005D3E50">
            <w:r>
              <w:rPr>
                <w:b/>
                <w:color w:val="17365D"/>
                <w:sz w:val="17"/>
              </w:rPr>
              <w:t>Website</w:t>
            </w:r>
            <w:r>
              <w:rPr>
                <w:sz w:val="18"/>
              </w:rPr>
              <w:br/>
              <w:t>________________________________________________</w:t>
            </w:r>
          </w:p>
        </w:tc>
        <w:tc>
          <w:tcPr>
            <w:tcW w:w="5328" w:type="dxa"/>
            <w:tcBorders>
              <w:bottom w:val="single" w:sz="4" w:space="0" w:color="B7C9E2"/>
            </w:tcBorders>
            <w:tcMar>
              <w:top w:w="60" w:type="dxa"/>
              <w:left w:w="80" w:type="dxa"/>
              <w:bottom w:w="80" w:type="dxa"/>
              <w:right w:w="80" w:type="dxa"/>
            </w:tcMar>
          </w:tcPr>
          <w:p w14:paraId="78BE92A4" w14:textId="77777777" w:rsidR="00537355" w:rsidRDefault="005D3E50">
            <w:r>
              <w:rPr>
                <w:b/>
                <w:color w:val="17365D"/>
                <w:sz w:val="17"/>
              </w:rPr>
              <w:t>Social Media Handle(s)</w:t>
            </w:r>
            <w:r>
              <w:rPr>
                <w:sz w:val="18"/>
              </w:rPr>
              <w:br/>
              <w:t>________________________________________________</w:t>
            </w:r>
          </w:p>
        </w:tc>
      </w:tr>
    </w:tbl>
    <w:p w14:paraId="780DFEFC" w14:textId="77777777" w:rsidR="00537355" w:rsidRDefault="005D3E50">
      <w:r>
        <w:rPr>
          <w:b/>
          <w:color w:val="17365D"/>
        </w:rPr>
        <w:t>Briefly describe the products, services, food, or community information you plan to offer:</w:t>
      </w:r>
    </w:p>
    <w:p w14:paraId="4BFC0661" w14:textId="77777777" w:rsidR="00537355" w:rsidRDefault="005D3E50">
      <w:r>
        <w:t>____________________________________________________________________________________________</w:t>
      </w:r>
    </w:p>
    <w:p w14:paraId="1E8D8265" w14:textId="77777777" w:rsidR="00537355" w:rsidRDefault="005D3E50">
      <w:r>
        <w:t>____________________________________________________________________________________________</w:t>
      </w:r>
    </w:p>
    <w:p w14:paraId="35D01749" w14:textId="77777777" w:rsidR="00537355" w:rsidRDefault="005D3E50">
      <w:r>
        <w:t>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537355" w14:paraId="05574941" w14:textId="77777777">
        <w:trPr>
          <w:jc w:val="center"/>
        </w:trPr>
        <w:tc>
          <w:tcPr>
            <w:tcW w:w="1065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1A2703" w14:textId="77777777" w:rsidR="00537355" w:rsidRDefault="005D3E50">
            <w:pPr>
              <w:spacing w:after="0"/>
            </w:pPr>
            <w:r>
              <w:rPr>
                <w:b/>
                <w:color w:val="FFFFFF"/>
                <w:sz w:val="22"/>
              </w:rPr>
              <w:t>2. VENDOR CATEGORY &amp; WEEKLY FEE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537355" w14:paraId="5151E695" w14:textId="77777777">
        <w:trPr>
          <w:tblHeader/>
          <w:jc w:val="center"/>
        </w:trPr>
        <w:tc>
          <w:tcPr>
            <w:tcW w:w="3552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A1E7B5" w14:textId="77777777" w:rsidR="00537355" w:rsidRDefault="005D3E50">
            <w:pPr>
              <w:jc w:val="center"/>
            </w:pPr>
            <w:r>
              <w:rPr>
                <w:b/>
                <w:color w:val="17365D"/>
                <w:sz w:val="18"/>
              </w:rPr>
              <w:t>Select</w:t>
            </w:r>
          </w:p>
        </w:tc>
        <w:tc>
          <w:tcPr>
            <w:tcW w:w="3552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42BADB" w14:textId="77777777" w:rsidR="00537355" w:rsidRDefault="005D3E50">
            <w:pPr>
              <w:jc w:val="center"/>
            </w:pPr>
            <w:r>
              <w:rPr>
                <w:b/>
                <w:color w:val="17365D"/>
                <w:sz w:val="18"/>
              </w:rPr>
              <w:t>Vendor Category</w:t>
            </w:r>
          </w:p>
        </w:tc>
        <w:tc>
          <w:tcPr>
            <w:tcW w:w="3552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0754ED" w14:textId="77777777" w:rsidR="00537355" w:rsidRDefault="005D3E50">
            <w:pPr>
              <w:jc w:val="center"/>
            </w:pPr>
            <w:r>
              <w:rPr>
                <w:b/>
                <w:color w:val="17365D"/>
                <w:sz w:val="18"/>
              </w:rPr>
              <w:t>Weekly Fee</w:t>
            </w:r>
          </w:p>
        </w:tc>
      </w:tr>
      <w:tr w:rsidR="00537355" w14:paraId="47097C83" w14:textId="77777777">
        <w:trPr>
          <w:jc w:val="center"/>
        </w:trPr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E07BDD7" w14:textId="77777777" w:rsidR="00537355" w:rsidRDefault="005D3E50">
            <w:pPr>
              <w:jc w:val="center"/>
            </w:pPr>
            <w:r>
              <w:t>☐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A0AC789" w14:textId="77777777" w:rsidR="00537355" w:rsidRDefault="005D3E50">
            <w:r>
              <w:t>Food Truck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9591DC" w14:textId="77777777" w:rsidR="00537355" w:rsidRDefault="005D3E50">
            <w:pPr>
              <w:jc w:val="center"/>
            </w:pPr>
            <w:r>
              <w:rPr>
                <w:b/>
              </w:rPr>
              <w:t>$40</w:t>
            </w:r>
          </w:p>
        </w:tc>
      </w:tr>
      <w:tr w:rsidR="00537355" w14:paraId="2C1C03D4" w14:textId="77777777">
        <w:trPr>
          <w:jc w:val="center"/>
        </w:trPr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FA9464" w14:textId="77777777" w:rsidR="00537355" w:rsidRDefault="005D3E50">
            <w:pPr>
              <w:jc w:val="center"/>
            </w:pPr>
            <w:r>
              <w:t>☐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51BA243" w14:textId="77777777" w:rsidR="00537355" w:rsidRDefault="005D3E50">
            <w:r>
              <w:t>Prepared Food / Dessert Vendor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02CA753" w14:textId="77777777" w:rsidR="00537355" w:rsidRDefault="005D3E50">
            <w:pPr>
              <w:jc w:val="center"/>
            </w:pPr>
            <w:r>
              <w:rPr>
                <w:b/>
              </w:rPr>
              <w:t>$30</w:t>
            </w:r>
          </w:p>
        </w:tc>
      </w:tr>
      <w:tr w:rsidR="00537355" w14:paraId="71E01720" w14:textId="77777777">
        <w:trPr>
          <w:jc w:val="center"/>
        </w:trPr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CBAC57" w14:textId="77777777" w:rsidR="00537355" w:rsidRDefault="005D3E50">
            <w:pPr>
              <w:jc w:val="center"/>
            </w:pPr>
            <w:r>
              <w:t>☐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59F54A8" w14:textId="77777777" w:rsidR="00537355" w:rsidRDefault="005D3E50">
            <w:r>
              <w:t>Produce / Farm / Plant Vendor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C7F7CB5" w14:textId="77777777" w:rsidR="00537355" w:rsidRDefault="005D3E50">
            <w:pPr>
              <w:jc w:val="center"/>
            </w:pPr>
            <w:r>
              <w:rPr>
                <w:b/>
              </w:rPr>
              <w:t>$20</w:t>
            </w:r>
          </w:p>
        </w:tc>
      </w:tr>
      <w:tr w:rsidR="00537355" w14:paraId="7A109E3A" w14:textId="77777777">
        <w:trPr>
          <w:jc w:val="center"/>
        </w:trPr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CE40BB4" w14:textId="77777777" w:rsidR="00537355" w:rsidRDefault="005D3E50">
            <w:pPr>
              <w:jc w:val="center"/>
            </w:pPr>
            <w:r>
              <w:t>☐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A1D395" w14:textId="77777777" w:rsidR="00537355" w:rsidRDefault="005D3E50">
            <w:r>
              <w:t>Arts, Crafts &amp; Retail Vendor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23EB0C7" w14:textId="77777777" w:rsidR="00537355" w:rsidRDefault="005D3E50">
            <w:pPr>
              <w:jc w:val="center"/>
            </w:pPr>
            <w:r>
              <w:rPr>
                <w:b/>
              </w:rPr>
              <w:t>$25</w:t>
            </w:r>
          </w:p>
        </w:tc>
      </w:tr>
      <w:tr w:rsidR="00537355" w14:paraId="5219D691" w14:textId="77777777">
        <w:trPr>
          <w:jc w:val="center"/>
        </w:trPr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A931266" w14:textId="77777777" w:rsidR="00537355" w:rsidRDefault="005D3E50">
            <w:pPr>
              <w:jc w:val="center"/>
            </w:pPr>
            <w:r>
              <w:t>☐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735D2A9" w14:textId="77777777" w:rsidR="00537355" w:rsidRDefault="005D3E50">
            <w:r>
              <w:t>Youth Vendor (Under 18)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6DF5DAF" w14:textId="77777777" w:rsidR="00537355" w:rsidRDefault="005D3E50">
            <w:pPr>
              <w:jc w:val="center"/>
            </w:pPr>
            <w:r>
              <w:rPr>
                <w:b/>
              </w:rPr>
              <w:t>$10</w:t>
            </w:r>
          </w:p>
        </w:tc>
      </w:tr>
      <w:tr w:rsidR="00537355" w14:paraId="3C5E4875" w14:textId="77777777">
        <w:trPr>
          <w:jc w:val="center"/>
        </w:trPr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4496A44" w14:textId="77777777" w:rsidR="00537355" w:rsidRDefault="005D3E50">
            <w:pPr>
              <w:jc w:val="center"/>
            </w:pPr>
            <w:r>
              <w:t>☐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F7E9AA1" w14:textId="77777777" w:rsidR="00537355" w:rsidRDefault="005D3E50">
            <w:r>
              <w:t>Nonprofit Organization</w:t>
            </w:r>
          </w:p>
        </w:tc>
        <w:tc>
          <w:tcPr>
            <w:tcW w:w="3552" w:type="dxa"/>
            <w:tcBorders>
              <w:bottom w:val="single" w:sz="3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6FEE9DB" w14:textId="77777777" w:rsidR="00537355" w:rsidRDefault="005D3E50">
            <w:pPr>
              <w:jc w:val="center"/>
            </w:pPr>
            <w:r>
              <w:rPr>
                <w:b/>
              </w:rPr>
              <w:t>$10</w:t>
            </w:r>
          </w:p>
        </w:tc>
      </w:tr>
    </w:tbl>
    <w:p w14:paraId="0C213CEF" w14:textId="77777777" w:rsidR="003F6B8D" w:rsidRDefault="005D3E50">
      <w:pPr>
        <w:rPr>
          <w:sz w:val="20"/>
        </w:rPr>
      </w:pPr>
      <w:r>
        <w:rPr>
          <w:sz w:val="20"/>
        </w:rPr>
        <w:t>☐</w:t>
      </w:r>
      <w:r>
        <w:rPr>
          <w:sz w:val="20"/>
        </w:rPr>
        <w:t xml:space="preserve"> I am interested in a discounted monthly package when available.</w:t>
      </w:r>
    </w:p>
    <w:p w14:paraId="080E7870" w14:textId="7B768034" w:rsidR="00537355" w:rsidRDefault="005D3E50">
      <w:proofErr w:type="gramStart"/>
      <w:r>
        <w:rPr>
          <w:sz w:val="20"/>
        </w:rPr>
        <w:t>☐</w:t>
      </w:r>
      <w:r>
        <w:rPr>
          <w:sz w:val="20"/>
        </w:rPr>
        <w:t xml:space="preserve">  I</w:t>
      </w:r>
      <w:proofErr w:type="gramEnd"/>
      <w:r>
        <w:rPr>
          <w:sz w:val="20"/>
        </w:rPr>
        <w:t xml:space="preserve"> need access to electricity (limited availability; additional fee may apply).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537355" w14:paraId="614D4819" w14:textId="77777777">
        <w:trPr>
          <w:jc w:val="center"/>
        </w:trPr>
        <w:tc>
          <w:tcPr>
            <w:tcW w:w="1065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F228D" w14:textId="77777777" w:rsidR="00537355" w:rsidRDefault="005D3E50">
            <w:pPr>
              <w:spacing w:after="0"/>
            </w:pPr>
            <w:r>
              <w:rPr>
                <w:b/>
                <w:color w:val="FFFFFF"/>
                <w:sz w:val="22"/>
              </w:rPr>
              <w:t>3. PARTICIPATION DATES</w:t>
            </w:r>
          </w:p>
        </w:tc>
      </w:tr>
    </w:tbl>
    <w:p w14:paraId="6CD3CEDB" w14:textId="77777777" w:rsidR="00537355" w:rsidRDefault="005D3E50">
      <w:pPr>
        <w:spacing w:after="80"/>
      </w:pPr>
      <w:r>
        <w:t>Please select the Fridays you are interested in attending. Final placement is confirmed by NCFCC after approval and payment.</w:t>
      </w:r>
    </w:p>
    <w:p w14:paraId="722B61FB" w14:textId="77777777" w:rsidR="003F6B8D" w:rsidRDefault="003F6B8D">
      <w:pPr>
        <w:rPr>
          <w:sz w:val="20"/>
        </w:rPr>
        <w:sectPr w:rsidR="003F6B8D" w:rsidSect="00034616">
          <w:footerReference w:type="default" r:id="rId9"/>
          <w:pgSz w:w="12240" w:h="15840"/>
          <w:pgMar w:top="648" w:right="792" w:bottom="720" w:left="792" w:header="720" w:footer="720" w:gutter="0"/>
          <w:cols w:space="720"/>
          <w:docGrid w:linePitch="360"/>
        </w:sectPr>
      </w:pPr>
    </w:p>
    <w:p w14:paraId="14B3975B" w14:textId="3D98A4B3" w:rsidR="00537355" w:rsidRDefault="005D3E50">
      <w:r>
        <w:rPr>
          <w:sz w:val="20"/>
        </w:rPr>
        <w:t>☐</w:t>
      </w:r>
      <w:r>
        <w:rPr>
          <w:sz w:val="20"/>
        </w:rPr>
        <w:t xml:space="preserve"> Date: ____________________</w:t>
      </w:r>
      <w:r>
        <w:t xml:space="preserve">      </w:t>
      </w:r>
      <w:r>
        <w:rPr>
          <w:sz w:val="20"/>
        </w:rPr>
        <w:t>☐</w:t>
      </w:r>
      <w:r>
        <w:rPr>
          <w:sz w:val="20"/>
        </w:rPr>
        <w:t xml:space="preserve"> Date: ____________________</w:t>
      </w:r>
    </w:p>
    <w:p w14:paraId="48C231D5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Date: ____________________</w:t>
      </w:r>
      <w:r>
        <w:t xml:space="preserve">        </w:t>
      </w:r>
      <w:r>
        <w:rPr>
          <w:sz w:val="20"/>
        </w:rPr>
        <w:t>☐</w:t>
      </w:r>
      <w:r>
        <w:rPr>
          <w:sz w:val="20"/>
        </w:rPr>
        <w:t xml:space="preserve"> Date: ____________________</w:t>
      </w:r>
    </w:p>
    <w:p w14:paraId="5CFEA5EC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Date: ____________________</w:t>
      </w:r>
      <w:r>
        <w:t xml:space="preserve">        </w:t>
      </w:r>
      <w:r>
        <w:rPr>
          <w:sz w:val="20"/>
        </w:rPr>
        <w:t>☐</w:t>
      </w:r>
      <w:r>
        <w:rPr>
          <w:sz w:val="20"/>
        </w:rPr>
        <w:t xml:space="preserve"> Date: ____________________</w:t>
      </w:r>
    </w:p>
    <w:p w14:paraId="30303E01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Date: ____________________</w:t>
      </w:r>
      <w:r>
        <w:t xml:space="preserve">        </w:t>
      </w:r>
      <w:r>
        <w:rPr>
          <w:sz w:val="20"/>
        </w:rPr>
        <w:t>☐</w:t>
      </w:r>
      <w:r>
        <w:rPr>
          <w:sz w:val="20"/>
        </w:rPr>
        <w:t xml:space="preserve"> Date: ____________________</w:t>
      </w:r>
    </w:p>
    <w:p w14:paraId="055ACD21" w14:textId="77777777" w:rsidR="003F6B8D" w:rsidRDefault="003F6B8D">
      <w:pPr>
        <w:spacing w:after="0"/>
        <w:rPr>
          <w:b/>
          <w:color w:val="FFFFFF"/>
          <w:sz w:val="22"/>
        </w:rPr>
        <w:sectPr w:rsidR="003F6B8D" w:rsidSect="003F6B8D">
          <w:type w:val="continuous"/>
          <w:pgSz w:w="12240" w:h="15840"/>
          <w:pgMar w:top="648" w:right="792" w:bottom="720" w:left="792" w:header="720" w:footer="720" w:gutter="0"/>
          <w:cols w:num="3" w:space="720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537355" w14:paraId="10F03C06" w14:textId="77777777">
        <w:trPr>
          <w:jc w:val="center"/>
        </w:trPr>
        <w:tc>
          <w:tcPr>
            <w:tcW w:w="1065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C77C16" w14:textId="77777777" w:rsidR="00537355" w:rsidRDefault="005D3E50">
            <w:pPr>
              <w:spacing w:after="0"/>
            </w:pPr>
            <w:r>
              <w:rPr>
                <w:b/>
                <w:color w:val="FFFFFF"/>
                <w:sz w:val="22"/>
              </w:rPr>
              <w:t>4. SPACE, EQUIPMENT &amp; SETUP</w:t>
            </w:r>
          </w:p>
        </w:tc>
      </w:tr>
    </w:tbl>
    <w:p w14:paraId="6B3B7876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Standard vendor space requested: 10 ft. x 10 ft.</w:t>
      </w:r>
    </w:p>
    <w:p w14:paraId="63892F3E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Food truck / trailer space requested.</w:t>
      </w:r>
    </w:p>
    <w:p w14:paraId="20E6386A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I will bring my own tent, table, chairs, display materials, and tent weights.</w:t>
      </w:r>
    </w:p>
    <w:p w14:paraId="3B0EFAA6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I am requesting a location near electricity, if available.</w:t>
      </w:r>
    </w:p>
    <w:p w14:paraId="48B2785D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I have special accessibility or placement needs described below.</w:t>
      </w:r>
    </w:p>
    <w:p w14:paraId="01C05B42" w14:textId="77777777" w:rsidR="00537355" w:rsidRDefault="005D3E50">
      <w:r>
        <w:rPr>
          <w:b/>
          <w:color w:val="17365D"/>
        </w:rPr>
        <w:lastRenderedPageBreak/>
        <w:t>Equipment, vehicle, trailer, generator, or special setup details:</w:t>
      </w:r>
    </w:p>
    <w:p w14:paraId="4B79B3CA" w14:textId="77777777" w:rsidR="00537355" w:rsidRDefault="005D3E50">
      <w:r>
        <w:t>____________________________________________________________________________________________</w:t>
      </w:r>
    </w:p>
    <w:p w14:paraId="16F32ACC" w14:textId="77777777" w:rsidR="00537355" w:rsidRDefault="005D3E50">
      <w:r>
        <w:t>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537355" w14:paraId="49B65841" w14:textId="77777777">
        <w:trPr>
          <w:jc w:val="center"/>
        </w:trPr>
        <w:tc>
          <w:tcPr>
            <w:tcW w:w="1065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D997F" w14:textId="77777777" w:rsidR="00537355" w:rsidRDefault="005D3E50">
            <w:pPr>
              <w:spacing w:after="0"/>
            </w:pPr>
            <w:r>
              <w:rPr>
                <w:b/>
                <w:color w:val="FFFFFF"/>
                <w:sz w:val="22"/>
              </w:rPr>
              <w:t>5. FOOD VENDOR REQUIREMENTS</w:t>
            </w:r>
          </w:p>
        </w:tc>
      </w:tr>
    </w:tbl>
    <w:p w14:paraId="73649B83" w14:textId="77777777" w:rsidR="00537355" w:rsidRDefault="005D3E50">
      <w:r>
        <w:t>Food vendors must submit all applicable licenses, permits, and insurance documentation before participation. Check all that apply:</w:t>
      </w:r>
    </w:p>
    <w:p w14:paraId="7F1DA489" w14:textId="77777777" w:rsidR="003F6B8D" w:rsidRDefault="003F6B8D">
      <w:pPr>
        <w:rPr>
          <w:sz w:val="20"/>
        </w:rPr>
        <w:sectPr w:rsidR="003F6B8D" w:rsidSect="003F6B8D">
          <w:type w:val="continuous"/>
          <w:pgSz w:w="12240" w:h="15840"/>
          <w:pgMar w:top="648" w:right="792" w:bottom="720" w:left="792" w:header="720" w:footer="720" w:gutter="0"/>
          <w:cols w:space="720"/>
          <w:docGrid w:linePitch="360"/>
        </w:sectPr>
      </w:pPr>
    </w:p>
    <w:p w14:paraId="75AEF1FD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Current business or food service license attached</w:t>
      </w:r>
    </w:p>
    <w:p w14:paraId="53866B6C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Certificate of insurance attached</w:t>
      </w:r>
    </w:p>
    <w:p w14:paraId="66D3F974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Mobile food dispensing vehicle / food truck documentation attached</w:t>
      </w:r>
    </w:p>
    <w:p w14:paraId="6D15D491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Fire safety documentation attached, if applicable</w:t>
      </w:r>
    </w:p>
    <w:p w14:paraId="7988C16C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Food handler or manager certification attached, if applicable</w:t>
      </w:r>
    </w:p>
    <w:p w14:paraId="0E714B17" w14:textId="77777777" w:rsidR="00537355" w:rsidRDefault="005D3E50">
      <w:r>
        <w:rPr>
          <w:sz w:val="20"/>
        </w:rPr>
        <w:t>☐</w:t>
      </w:r>
      <w:r>
        <w:rPr>
          <w:sz w:val="20"/>
        </w:rPr>
        <w:t xml:space="preserve"> Not applicable - I am not selling or serving food</w:t>
      </w:r>
    </w:p>
    <w:p w14:paraId="2F3E1348" w14:textId="77777777" w:rsidR="003F6B8D" w:rsidRDefault="003F6B8D">
      <w:pPr>
        <w:spacing w:after="0"/>
        <w:rPr>
          <w:b/>
          <w:color w:val="FFFFFF"/>
          <w:sz w:val="22"/>
        </w:rPr>
        <w:sectPr w:rsidR="003F6B8D" w:rsidSect="003F6B8D">
          <w:type w:val="continuous"/>
          <w:pgSz w:w="12240" w:h="15840"/>
          <w:pgMar w:top="648" w:right="792" w:bottom="720" w:left="792" w:header="720" w:footer="720" w:gutter="0"/>
          <w:cols w:num="2" w:space="720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537355" w14:paraId="48D7AEA6" w14:textId="77777777">
        <w:trPr>
          <w:jc w:val="center"/>
        </w:trPr>
        <w:tc>
          <w:tcPr>
            <w:tcW w:w="1065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5A78C4" w14:textId="77777777" w:rsidR="00537355" w:rsidRDefault="005D3E50">
            <w:pPr>
              <w:spacing w:after="0"/>
            </w:pPr>
            <w:r>
              <w:rPr>
                <w:b/>
                <w:color w:val="FFFFFF"/>
                <w:sz w:val="22"/>
              </w:rPr>
              <w:t>6. VENDOR GUIDELINES</w:t>
            </w:r>
          </w:p>
        </w:tc>
      </w:tr>
    </w:tbl>
    <w:p w14:paraId="15540008" w14:textId="77777777" w:rsidR="00537355" w:rsidRDefault="005D3E50">
      <w:pPr>
        <w:ind w:left="173"/>
      </w:pPr>
      <w:r>
        <w:rPr>
          <w:b/>
          <w:color w:val="C65911"/>
        </w:rPr>
        <w:t xml:space="preserve">Approval: </w:t>
      </w:r>
      <w:r>
        <w:t>Submission of this application does not guarantee acceptance. NCFCC may limit duplicate vendors or decline products, services, displays, or activities that do not fit the event’s family-friendly purpose.</w:t>
      </w:r>
    </w:p>
    <w:p w14:paraId="5291F1B2" w14:textId="77777777" w:rsidR="00537355" w:rsidRDefault="005D3E50">
      <w:pPr>
        <w:ind w:left="173"/>
      </w:pPr>
      <w:r>
        <w:rPr>
          <w:b/>
          <w:color w:val="C65911"/>
        </w:rPr>
        <w:t xml:space="preserve">Payment: </w:t>
      </w:r>
      <w:r>
        <w:t>Vendor fees are due after acceptance and before the reserved event date. Space is not confirmed until payment is received.</w:t>
      </w:r>
    </w:p>
    <w:p w14:paraId="43F21BBF" w14:textId="77777777" w:rsidR="00537355" w:rsidRDefault="005D3E50">
      <w:pPr>
        <w:ind w:left="173"/>
      </w:pPr>
      <w:r>
        <w:rPr>
          <w:b/>
          <w:color w:val="C65911"/>
        </w:rPr>
        <w:t xml:space="preserve">Cancellations: </w:t>
      </w:r>
      <w:r>
        <w:t>Vendor fees are generally nonrefundable for vendor cancellations. If NCFCC cancels an event, fees may be transferred to another available date or refunded.</w:t>
      </w:r>
    </w:p>
    <w:p w14:paraId="3A1F3F4F" w14:textId="77777777" w:rsidR="00537355" w:rsidRDefault="005D3E50">
      <w:pPr>
        <w:ind w:left="173"/>
      </w:pPr>
      <w:r>
        <w:rPr>
          <w:b/>
          <w:color w:val="C65911"/>
        </w:rPr>
        <w:t xml:space="preserve">Arrival &amp; Setup: </w:t>
      </w:r>
      <w:r>
        <w:t>Vendors should arrive during the assigned setup window and be fully ready before the event opens at 4:00 PM. Vehicles must be moved to designated parking after unloading unless the vehicle is part of the approved display.</w:t>
      </w:r>
    </w:p>
    <w:p w14:paraId="5BCC9A21" w14:textId="77777777" w:rsidR="00537355" w:rsidRDefault="005D3E50">
      <w:pPr>
        <w:ind w:left="173"/>
      </w:pPr>
      <w:r>
        <w:rPr>
          <w:b/>
          <w:color w:val="C65911"/>
        </w:rPr>
        <w:t xml:space="preserve">Tents &amp; Safety: </w:t>
      </w:r>
      <w:r>
        <w:t>All tents and canopies must be properly weighted. Stakes may only be used where specifically permitted. Vendors are responsible for maintaining a safe, clean, and accessible space.</w:t>
      </w:r>
    </w:p>
    <w:p w14:paraId="5341DB6C" w14:textId="77777777" w:rsidR="00537355" w:rsidRDefault="005D3E50">
      <w:pPr>
        <w:ind w:left="173"/>
      </w:pPr>
      <w:r>
        <w:rPr>
          <w:b/>
          <w:color w:val="C65911"/>
        </w:rPr>
        <w:t xml:space="preserve">Sales &amp; Taxes: </w:t>
      </w:r>
      <w:r>
        <w:t>Vendors are responsible for their own sales, licenses, permits, taxes, payment processing, and legal compliance.</w:t>
      </w:r>
    </w:p>
    <w:p w14:paraId="208BAC9B" w14:textId="77777777" w:rsidR="00537355" w:rsidRDefault="005D3E50">
      <w:pPr>
        <w:ind w:left="173"/>
      </w:pPr>
      <w:r>
        <w:rPr>
          <w:b/>
          <w:color w:val="C65911"/>
        </w:rPr>
        <w:t xml:space="preserve">Products &amp; Conduct: </w:t>
      </w:r>
      <w:r>
        <w:t>Only approved products and services may be offered. No weapons, illegal items, tobacco or vaping products, adult-oriented merchandise, political campaigning, or unsafe activities are permitted. Vendors must maintain professional, respectful conduct.</w:t>
      </w:r>
    </w:p>
    <w:p w14:paraId="29697F24" w14:textId="77777777" w:rsidR="00537355" w:rsidRDefault="005D3E50">
      <w:pPr>
        <w:ind w:left="173"/>
      </w:pPr>
      <w:r>
        <w:rPr>
          <w:b/>
          <w:color w:val="C65911"/>
        </w:rPr>
        <w:t xml:space="preserve">Supervision: </w:t>
      </w:r>
      <w:r>
        <w:t>Youth vendors must have a parent or responsible adult present. Vendors are responsible for supervising their own space, merchandise, equipment, and activities.</w:t>
      </w:r>
    </w:p>
    <w:p w14:paraId="4F3F50D5" w14:textId="77777777" w:rsidR="00537355" w:rsidRDefault="005D3E50">
      <w:pPr>
        <w:ind w:left="173"/>
      </w:pPr>
      <w:r>
        <w:rPr>
          <w:b/>
          <w:color w:val="C65911"/>
        </w:rPr>
        <w:t xml:space="preserve">Cleanup: </w:t>
      </w:r>
      <w:r>
        <w:t>Vendors must remove all trash, boxes, food waste, decorations, and equipment before leaving. Additional cleanup charges may apply when a space is left in poor condition.</w:t>
      </w:r>
    </w:p>
    <w:p w14:paraId="4B0CE387" w14:textId="77777777" w:rsidR="00537355" w:rsidRDefault="005D3E50">
      <w:pPr>
        <w:ind w:left="173"/>
      </w:pPr>
      <w:r>
        <w:rPr>
          <w:b/>
          <w:color w:val="C65911"/>
        </w:rPr>
        <w:t xml:space="preserve">Weather: </w:t>
      </w:r>
      <w:r>
        <w:t>The event is outdoors and may be delayed or canceled for unsafe weather. NCFCC will communicate updates using the contact information provided.</w:t>
      </w:r>
    </w:p>
    <w:p w14:paraId="48819E50" w14:textId="77777777" w:rsidR="00537355" w:rsidRDefault="005D3E50">
      <w:pPr>
        <w:ind w:left="173"/>
      </w:pPr>
      <w:r>
        <w:rPr>
          <w:b/>
          <w:color w:val="C65911"/>
        </w:rPr>
        <w:t xml:space="preserve">Photos &amp; Promotion: </w:t>
      </w:r>
      <w:r>
        <w:t>NCFCC may photograph or record the event and use images for community-center promotion unless the vendor provides written notice before the event.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537355" w14:paraId="2718FC6D" w14:textId="77777777">
        <w:trPr>
          <w:jc w:val="center"/>
        </w:trPr>
        <w:tc>
          <w:tcPr>
            <w:tcW w:w="1065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34EF6" w14:textId="77777777" w:rsidR="00537355" w:rsidRDefault="005D3E50">
            <w:pPr>
              <w:spacing w:after="0"/>
            </w:pPr>
            <w:r>
              <w:rPr>
                <w:b/>
                <w:color w:val="FFFFFF"/>
                <w:sz w:val="22"/>
              </w:rPr>
              <w:t>7. ACKNOWLEDGMENT &amp; SIGNATURE</w:t>
            </w:r>
          </w:p>
        </w:tc>
      </w:tr>
    </w:tbl>
    <w:p w14:paraId="049898E6" w14:textId="77777777" w:rsidR="00537355" w:rsidRDefault="005D3E50">
      <w:r>
        <w:rPr>
          <w:sz w:val="18"/>
        </w:rPr>
        <w:t>By signing below, I confirm that the information provided is accurate, that I have read and agree to the vendor guidelines, and that I accept responsibility for my products, services, employees, volunteers, equipment, and activities. I understand that participation is at my own risk and that I must comply with all applicable laws, licenses, permits, insurance requirements, and safety rules.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55" w14:paraId="0C7BF751" w14:textId="77777777">
        <w:trPr>
          <w:jc w:val="center"/>
        </w:trPr>
        <w:tc>
          <w:tcPr>
            <w:tcW w:w="5328" w:type="dxa"/>
            <w:tcBorders>
              <w:bottom w:val="single" w:sz="4" w:space="0" w:color="8EAADB"/>
            </w:tcBorders>
            <w:tcMar>
              <w:top w:w="100" w:type="dxa"/>
              <w:left w:w="80" w:type="dxa"/>
              <w:bottom w:w="90" w:type="dxa"/>
              <w:right w:w="80" w:type="dxa"/>
            </w:tcMar>
          </w:tcPr>
          <w:p w14:paraId="6D2E64FA" w14:textId="77777777" w:rsidR="00537355" w:rsidRDefault="005D3E50">
            <w:r>
              <w:rPr>
                <w:sz w:val="18"/>
              </w:rPr>
              <w:t>________________________________________</w:t>
            </w:r>
            <w:r>
              <w:rPr>
                <w:sz w:val="18"/>
              </w:rPr>
              <w:br/>
            </w:r>
            <w:r>
              <w:rPr>
                <w:b/>
                <w:color w:val="17365D"/>
                <w:sz w:val="16"/>
              </w:rPr>
              <w:t>Authorized Signature</w:t>
            </w:r>
          </w:p>
        </w:tc>
        <w:tc>
          <w:tcPr>
            <w:tcW w:w="5328" w:type="dxa"/>
            <w:tcBorders>
              <w:bottom w:val="single" w:sz="4" w:space="0" w:color="8EAADB"/>
            </w:tcBorders>
            <w:tcMar>
              <w:top w:w="100" w:type="dxa"/>
              <w:left w:w="80" w:type="dxa"/>
              <w:bottom w:w="90" w:type="dxa"/>
              <w:right w:w="80" w:type="dxa"/>
            </w:tcMar>
          </w:tcPr>
          <w:p w14:paraId="27E4B838" w14:textId="77777777" w:rsidR="00537355" w:rsidRDefault="005D3E50">
            <w:r>
              <w:rPr>
                <w:sz w:val="18"/>
              </w:rPr>
              <w:t>________________________________________</w:t>
            </w:r>
            <w:r>
              <w:rPr>
                <w:sz w:val="18"/>
              </w:rPr>
              <w:br/>
            </w:r>
            <w:r>
              <w:rPr>
                <w:b/>
                <w:color w:val="17365D"/>
                <w:sz w:val="16"/>
              </w:rPr>
              <w:t>Date</w:t>
            </w:r>
          </w:p>
        </w:tc>
      </w:tr>
      <w:tr w:rsidR="00537355" w14:paraId="33DA4EFB" w14:textId="77777777">
        <w:trPr>
          <w:jc w:val="center"/>
        </w:trPr>
        <w:tc>
          <w:tcPr>
            <w:tcW w:w="5328" w:type="dxa"/>
            <w:tcBorders>
              <w:bottom w:val="single" w:sz="4" w:space="0" w:color="8EAADB"/>
            </w:tcBorders>
            <w:tcMar>
              <w:top w:w="100" w:type="dxa"/>
              <w:left w:w="80" w:type="dxa"/>
              <w:bottom w:w="90" w:type="dxa"/>
              <w:right w:w="80" w:type="dxa"/>
            </w:tcMar>
          </w:tcPr>
          <w:p w14:paraId="0ACB9008" w14:textId="77777777" w:rsidR="00537355" w:rsidRDefault="005D3E50">
            <w:r>
              <w:rPr>
                <w:sz w:val="18"/>
              </w:rPr>
              <w:t>________________________________________</w:t>
            </w:r>
            <w:r>
              <w:rPr>
                <w:sz w:val="18"/>
              </w:rPr>
              <w:br/>
            </w:r>
            <w:r>
              <w:rPr>
                <w:b/>
                <w:color w:val="17365D"/>
                <w:sz w:val="16"/>
              </w:rPr>
              <w:t>Printed Name</w:t>
            </w:r>
          </w:p>
        </w:tc>
        <w:tc>
          <w:tcPr>
            <w:tcW w:w="5328" w:type="dxa"/>
            <w:tcBorders>
              <w:bottom w:val="single" w:sz="4" w:space="0" w:color="8EAADB"/>
            </w:tcBorders>
            <w:tcMar>
              <w:top w:w="100" w:type="dxa"/>
              <w:left w:w="80" w:type="dxa"/>
              <w:bottom w:w="90" w:type="dxa"/>
              <w:right w:w="80" w:type="dxa"/>
            </w:tcMar>
          </w:tcPr>
          <w:p w14:paraId="3E613FD3" w14:textId="77777777" w:rsidR="00537355" w:rsidRDefault="005D3E50">
            <w:r>
              <w:rPr>
                <w:sz w:val="18"/>
              </w:rPr>
              <w:t>________________________________________</w:t>
            </w:r>
            <w:r>
              <w:rPr>
                <w:sz w:val="18"/>
              </w:rPr>
              <w:br/>
            </w:r>
            <w:r>
              <w:rPr>
                <w:b/>
                <w:color w:val="17365D"/>
                <w:sz w:val="16"/>
              </w:rPr>
              <w:t>Title / Role</w:t>
            </w:r>
          </w:p>
        </w:tc>
      </w:tr>
      <w:tr w:rsidR="00537355" w14:paraId="1AFD2334" w14:textId="77777777">
        <w:trPr>
          <w:jc w:val="center"/>
        </w:trPr>
        <w:tc>
          <w:tcPr>
            <w:tcW w:w="5328" w:type="dxa"/>
            <w:tcBorders>
              <w:bottom w:val="single" w:sz="4" w:space="0" w:color="8EAADB"/>
            </w:tcBorders>
            <w:tcMar>
              <w:top w:w="100" w:type="dxa"/>
              <w:left w:w="80" w:type="dxa"/>
              <w:bottom w:w="90" w:type="dxa"/>
              <w:right w:w="80" w:type="dxa"/>
            </w:tcMar>
          </w:tcPr>
          <w:p w14:paraId="5914B80B" w14:textId="77777777" w:rsidR="00537355" w:rsidRDefault="005D3E50">
            <w:r>
              <w:rPr>
                <w:sz w:val="18"/>
              </w:rPr>
              <w:t>________________________________________</w:t>
            </w:r>
            <w:r>
              <w:rPr>
                <w:sz w:val="18"/>
              </w:rPr>
              <w:br/>
            </w:r>
            <w:r>
              <w:rPr>
                <w:b/>
                <w:color w:val="17365D"/>
                <w:sz w:val="16"/>
              </w:rPr>
              <w:t>Parent / Guardian Signature (Youth Vendor)</w:t>
            </w:r>
          </w:p>
        </w:tc>
        <w:tc>
          <w:tcPr>
            <w:tcW w:w="5328" w:type="dxa"/>
            <w:tcBorders>
              <w:bottom w:val="single" w:sz="4" w:space="0" w:color="8EAADB"/>
            </w:tcBorders>
            <w:tcMar>
              <w:top w:w="100" w:type="dxa"/>
              <w:left w:w="80" w:type="dxa"/>
              <w:bottom w:w="90" w:type="dxa"/>
              <w:right w:w="80" w:type="dxa"/>
            </w:tcMar>
          </w:tcPr>
          <w:p w14:paraId="0AE55511" w14:textId="77777777" w:rsidR="00537355" w:rsidRDefault="005D3E50">
            <w:r>
              <w:rPr>
                <w:sz w:val="18"/>
              </w:rPr>
              <w:t>________________________________________</w:t>
            </w:r>
            <w:r>
              <w:rPr>
                <w:sz w:val="18"/>
              </w:rPr>
              <w:br/>
            </w:r>
            <w:r>
              <w:rPr>
                <w:b/>
                <w:color w:val="17365D"/>
                <w:sz w:val="16"/>
              </w:rPr>
              <w:t>Date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537355" w14:paraId="2CA18B47" w14:textId="77777777">
        <w:trPr>
          <w:jc w:val="center"/>
        </w:trPr>
        <w:tc>
          <w:tcPr>
            <w:tcW w:w="10656" w:type="dxa"/>
            <w:shd w:val="clear" w:color="auto" w:fill="17365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C33F0" w14:textId="77777777" w:rsidR="00537355" w:rsidRDefault="005D3E50">
            <w:pPr>
              <w:spacing w:after="0"/>
            </w:pPr>
            <w:r>
              <w:rPr>
                <w:b/>
                <w:color w:val="FFFFFF"/>
                <w:sz w:val="22"/>
              </w:rPr>
              <w:t>8. NCFCC OFFICE USE ONLY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37355" w14:paraId="620B2051" w14:textId="77777777">
        <w:trPr>
          <w:jc w:val="center"/>
        </w:trPr>
        <w:tc>
          <w:tcPr>
            <w:tcW w:w="5328" w:type="dxa"/>
            <w:tcBorders>
              <w:bottom w:val="single" w:sz="3" w:space="0" w:color="D9E2F3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68FDD5" w14:textId="77777777" w:rsidR="00537355" w:rsidRDefault="005D3E50">
            <w:r>
              <w:rPr>
                <w:sz w:val="17"/>
              </w:rPr>
              <w:t>Application received: ____________________</w:t>
            </w:r>
          </w:p>
        </w:tc>
        <w:tc>
          <w:tcPr>
            <w:tcW w:w="5328" w:type="dxa"/>
            <w:tcBorders>
              <w:bottom w:val="single" w:sz="3" w:space="0" w:color="D9E2F3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DEA274" w14:textId="77777777" w:rsidR="00537355" w:rsidRDefault="005D3E50">
            <w:r>
              <w:rPr>
                <w:sz w:val="17"/>
              </w:rPr>
              <w:t>Approved: ☐ Yes  ☐ No  ☐ Pending</w:t>
            </w:r>
          </w:p>
        </w:tc>
      </w:tr>
      <w:tr w:rsidR="00537355" w14:paraId="00DB6761" w14:textId="77777777">
        <w:trPr>
          <w:jc w:val="center"/>
        </w:trPr>
        <w:tc>
          <w:tcPr>
            <w:tcW w:w="5328" w:type="dxa"/>
            <w:tcBorders>
              <w:bottom w:val="single" w:sz="3" w:space="0" w:color="D9E2F3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E3BE15" w14:textId="77777777" w:rsidR="00537355" w:rsidRDefault="005D3E50">
            <w:r>
              <w:rPr>
                <w:sz w:val="17"/>
              </w:rPr>
              <w:t>Category / Fee: ________________________</w:t>
            </w:r>
          </w:p>
        </w:tc>
        <w:tc>
          <w:tcPr>
            <w:tcW w:w="5328" w:type="dxa"/>
            <w:tcBorders>
              <w:bottom w:val="single" w:sz="3" w:space="0" w:color="D9E2F3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0012BB" w14:textId="77777777" w:rsidR="00537355" w:rsidRDefault="005D3E50">
            <w:r>
              <w:rPr>
                <w:sz w:val="17"/>
              </w:rPr>
              <w:t>Payment received: ____________________</w:t>
            </w:r>
          </w:p>
        </w:tc>
      </w:tr>
      <w:tr w:rsidR="00537355" w14:paraId="51C10198" w14:textId="77777777">
        <w:trPr>
          <w:jc w:val="center"/>
        </w:trPr>
        <w:tc>
          <w:tcPr>
            <w:tcW w:w="5328" w:type="dxa"/>
            <w:tcBorders>
              <w:bottom w:val="single" w:sz="3" w:space="0" w:color="D9E2F3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9A6BD" w14:textId="77777777" w:rsidR="00537355" w:rsidRDefault="005D3E50">
            <w:r>
              <w:rPr>
                <w:sz w:val="17"/>
              </w:rPr>
              <w:t>Approved dates: ________________________</w:t>
            </w:r>
          </w:p>
        </w:tc>
        <w:tc>
          <w:tcPr>
            <w:tcW w:w="5328" w:type="dxa"/>
            <w:tcBorders>
              <w:bottom w:val="single" w:sz="3" w:space="0" w:color="D9E2F3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1E8AD5" w14:textId="77777777" w:rsidR="00537355" w:rsidRDefault="005D3E50">
            <w:r>
              <w:rPr>
                <w:sz w:val="17"/>
              </w:rPr>
              <w:t>Space number / location: ______________</w:t>
            </w:r>
          </w:p>
        </w:tc>
      </w:tr>
      <w:tr w:rsidR="00537355" w14:paraId="4DF2311C" w14:textId="77777777">
        <w:trPr>
          <w:jc w:val="center"/>
        </w:trPr>
        <w:tc>
          <w:tcPr>
            <w:tcW w:w="5328" w:type="dxa"/>
            <w:tcBorders>
              <w:bottom w:val="single" w:sz="3" w:space="0" w:color="D9E2F3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66F391" w14:textId="77777777" w:rsidR="00537355" w:rsidRDefault="005D3E50">
            <w:r>
              <w:rPr>
                <w:sz w:val="17"/>
              </w:rPr>
              <w:t>Reviewed by: __________________________</w:t>
            </w:r>
          </w:p>
        </w:tc>
        <w:tc>
          <w:tcPr>
            <w:tcW w:w="5328" w:type="dxa"/>
            <w:tcBorders>
              <w:bottom w:val="single" w:sz="3" w:space="0" w:color="D9E2F3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9AE93A" w14:textId="77777777" w:rsidR="00537355" w:rsidRDefault="005D3E50">
            <w:r>
              <w:rPr>
                <w:sz w:val="17"/>
              </w:rPr>
              <w:t>Notes: ______________________________</w:t>
            </w:r>
          </w:p>
        </w:tc>
      </w:tr>
    </w:tbl>
    <w:p w14:paraId="5F52CD3F" w14:textId="77777777" w:rsidR="005D3E50" w:rsidRDefault="005D3E50"/>
    <w:sectPr w:rsidR="005D3E50" w:rsidSect="003F6B8D">
      <w:type w:val="continuous"/>
      <w:pgSz w:w="12240" w:h="15840"/>
      <w:pgMar w:top="648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DD303" w14:textId="77777777" w:rsidR="005D3E50" w:rsidRDefault="005D3E50">
      <w:pPr>
        <w:spacing w:after="0"/>
      </w:pPr>
      <w:r>
        <w:separator/>
      </w:r>
    </w:p>
  </w:endnote>
  <w:endnote w:type="continuationSeparator" w:id="0">
    <w:p w14:paraId="281DA345" w14:textId="77777777" w:rsidR="005D3E50" w:rsidRDefault="005D3E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F7864" w14:textId="77777777" w:rsidR="00537355" w:rsidRDefault="005D3E50">
    <w:pPr>
      <w:pStyle w:val="Footer"/>
      <w:jc w:val="center"/>
    </w:pPr>
    <w:r>
      <w:rPr>
        <w:color w:val="595959"/>
        <w:sz w:val="16"/>
      </w:rPr>
      <w:t>North Central Florida Community Center • 5201 NW 34th Blvd., Gainesville, FL 32653 • info@NCFLCommunityCenter.org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BC960" w14:textId="77777777" w:rsidR="005D3E50" w:rsidRDefault="005D3E50">
      <w:pPr>
        <w:spacing w:after="0"/>
      </w:pPr>
      <w:r>
        <w:separator/>
      </w:r>
    </w:p>
  </w:footnote>
  <w:footnote w:type="continuationSeparator" w:id="0">
    <w:p w14:paraId="7859B6E2" w14:textId="77777777" w:rsidR="005D3E50" w:rsidRDefault="005D3E5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8792209">
    <w:abstractNumId w:val="8"/>
  </w:num>
  <w:num w:numId="2" w16cid:durableId="931007053">
    <w:abstractNumId w:val="6"/>
  </w:num>
  <w:num w:numId="3" w16cid:durableId="927426711">
    <w:abstractNumId w:val="5"/>
  </w:num>
  <w:num w:numId="4" w16cid:durableId="1599868865">
    <w:abstractNumId w:val="4"/>
  </w:num>
  <w:num w:numId="5" w16cid:durableId="921379811">
    <w:abstractNumId w:val="7"/>
  </w:num>
  <w:num w:numId="6" w16cid:durableId="613443630">
    <w:abstractNumId w:val="3"/>
  </w:num>
  <w:num w:numId="7" w16cid:durableId="1120998481">
    <w:abstractNumId w:val="2"/>
  </w:num>
  <w:num w:numId="8" w16cid:durableId="1318847561">
    <w:abstractNumId w:val="1"/>
  </w:num>
  <w:num w:numId="9" w16cid:durableId="1864006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59E2"/>
    <w:rsid w:val="003F6B8D"/>
    <w:rsid w:val="00537355"/>
    <w:rsid w:val="005D3E5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2662C9"/>
  <w14:defaultImageDpi w14:val="300"/>
  <w15:docId w15:val="{9654A8AE-ABD4-47FA-AB34-8A0C0A232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C6591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00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Friday Night at the Center Vendor Application</dc:title>
  <dc:subject>Vendor application for NCFCC weekly community event</dc:subject>
  <dc:creator>North Central Florida Community Center</dc:creator>
  <cp:keywords/>
  <dc:description>generated by python-docx</dc:description>
  <cp:lastModifiedBy>Jennifer Fitterman</cp:lastModifiedBy>
  <cp:revision>2</cp:revision>
  <dcterms:created xsi:type="dcterms:W3CDTF">2026-07-23T20:09:00Z</dcterms:created>
  <dcterms:modified xsi:type="dcterms:W3CDTF">2026-07-23T20:09:00Z</dcterms:modified>
  <cp:category/>
</cp:coreProperties>
</file>